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aps/>
          <w:color w:val="4A5680"/>
          <w:sz w:val="17"/>
        </w:rPr>
        <w:t>THE MODERN IDENTITY OPERATING MODEL  ·  COMPANION WORKBOOK</w:t>
      </w:r>
    </w:p>
    <w:p>
      <w:r>
        <w:rPr>
          <w:b/>
          <w:color w:val="1B2A55"/>
          <w:sz w:val="48"/>
        </w:rPr>
        <w:t>Drift Visibility Inventory</w:t>
      </w:r>
    </w:p>
    <w:p>
      <w:r>
        <w:rPr>
          <w:i/>
          <w:color w:val="4A5680"/>
          <w:sz w:val="17"/>
        </w:rPr>
        <w:t>Adapted from the Drift Visibility Inventory (Implementation chapter) and the drift signals named across The Modern Identity Operating Model.</w:t>
      </w:r>
    </w:p>
    <w:p/>
    <w:p>
      <w:r>
        <w:rPr>
          <w:i/>
          <w:color w:val="4A5680"/>
          <w:sz w:val="24"/>
        </w:rPr>
        <w:t>Capture, on one page, where drift is already visible across the environment.</w:t>
      </w:r>
    </w:p>
    <w:p>
      <w:r>
        <w:t>Drift is the quiet movement of identity away from its intended state. It is not random and it can be seen. Use this one-page inventory to make current drift visible before it becomes urgent. Walk each pillar, name what you can already see, and give it an owner. You are not fixing anything here. You are making the environment honest enough to work with deliberately.</w:t>
      </w:r>
    </w:p>
    <w:p>
      <w:pPr>
        <w:pStyle w:val="Heading1"/>
      </w:pPr>
      <w:r>
        <w:rPr>
          <w:color w:val="1B2A55"/>
        </w:rPr>
        <w:t>What to look for, by pillar</w:t>
      </w:r>
    </w:p>
    <w:p>
      <w:r>
        <w:t>Common drift signals the book names. Record the ones you can actually see today.</w:t>
      </w:r>
    </w:p>
    <w:tbl>
      <w:tblPr>
        <w:tblStyle w:val="TableGrid"/>
        <w:tblW w:type="auto" w:w="0"/>
        <w:jc w:val="center"/>
        <w:tblLook w:firstColumn="1" w:firstRow="1" w:lastColumn="0" w:lastRow="0" w:noHBand="0" w:noVBand="1" w:val="04A0"/>
      </w:tblPr>
      <w:tblGrid>
        <w:gridCol w:w="3120"/>
        <w:gridCol w:w="3120"/>
        <w:gridCol w:w="3120"/>
      </w:tblGrid>
      <w:tr>
        <w:trPr>
          <w:tblHeader w:val="true"/>
        </w:trPr>
        <w:tc>
          <w:tcPr>
            <w:tcW w:type="dxa" w:w="3120"/>
          </w:tcPr>
          <w:p>
            <w:r/>
            <w:r>
              <w:rPr>
                <w:b/>
                <w:color w:val="1B2A55"/>
                <w:sz w:val="20"/>
              </w:rPr>
              <w:t>Pillar</w:t>
            </w:r>
          </w:p>
        </w:tc>
        <w:tc>
          <w:tcPr>
            <w:tcW w:type="dxa" w:w="3120"/>
          </w:tcPr>
          <w:p>
            <w:r/>
            <w:r>
              <w:rPr>
                <w:b/>
                <w:color w:val="1B2A55"/>
                <w:sz w:val="20"/>
              </w:rPr>
              <w:t>Drift signals to look for</w:t>
            </w:r>
          </w:p>
        </w:tc>
        <w:tc>
          <w:tcPr>
            <w:tcW w:type="dxa" w:w="3120"/>
          </w:tcPr>
          <w:p>
            <w:r/>
            <w:r>
              <w:rPr>
                <w:b/>
                <w:color w:val="1B2A55"/>
                <w:sz w:val="20"/>
              </w:rPr>
              <w:t>Example of what you might see</w:t>
            </w:r>
          </w:p>
        </w:tc>
      </w:tr>
      <w:tr>
        <w:tc>
          <w:tcPr>
            <w:tcW w:type="dxa" w:w="3120"/>
          </w:tcPr>
          <w:p>
            <w:r/>
            <w:r>
              <w:rPr>
                <w:b/>
                <w:sz w:val="20"/>
              </w:rPr>
              <w:t>Governance</w:t>
            </w:r>
          </w:p>
        </w:tc>
        <w:tc>
          <w:tcPr>
            <w:tcW w:type="dxa" w:w="3120"/>
          </w:tcPr>
          <w:p>
            <w:r/>
            <w:r>
              <w:rPr>
                <w:sz w:val="20"/>
              </w:rPr>
              <w:t>Ownership gaps, ownerless groups and access roles, unreviewed exceptions</w:t>
            </w:r>
          </w:p>
        </w:tc>
        <w:tc>
          <w:tcPr>
            <w:tcW w:type="dxa" w:w="3120"/>
          </w:tcPr>
          <w:p>
            <w:r/>
            <w:r>
              <w:rPr>
                <w:sz w:val="20"/>
              </w:rPr>
              <w:t>12 privileged groups with no business owner</w:t>
            </w:r>
          </w:p>
        </w:tc>
      </w:tr>
      <w:tr>
        <w:tc>
          <w:tcPr>
            <w:tcW w:type="dxa" w:w="3120"/>
          </w:tcPr>
          <w:p>
            <w:r/>
            <w:r>
              <w:rPr>
                <w:b/>
                <w:sz w:val="20"/>
              </w:rPr>
              <w:t>Lifecycle</w:t>
            </w:r>
          </w:p>
        </w:tc>
        <w:tc>
          <w:tcPr>
            <w:tcW w:type="dxa" w:w="3120"/>
          </w:tcPr>
          <w:p>
            <w:r/>
            <w:r>
              <w:rPr>
                <w:sz w:val="20"/>
              </w:rPr>
              <w:t>Mismatched lifecycle state, stale accounts, offboarding that left side doors open</w:t>
            </w:r>
          </w:p>
        </w:tc>
        <w:tc>
          <w:tcPr>
            <w:tcW w:type="dxa" w:w="3120"/>
          </w:tcPr>
          <w:p>
            <w:r/>
            <w:r>
              <w:rPr>
                <w:sz w:val="20"/>
              </w:rPr>
              <w:t>Contractors past end date still active</w:t>
            </w:r>
          </w:p>
        </w:tc>
      </w:tr>
      <w:tr>
        <w:tc>
          <w:tcPr>
            <w:tcW w:type="dxa" w:w="3120"/>
          </w:tcPr>
          <w:p>
            <w:r/>
            <w:r>
              <w:rPr>
                <w:b/>
                <w:sz w:val="20"/>
              </w:rPr>
              <w:t>Access</w:t>
            </w:r>
          </w:p>
        </w:tc>
        <w:tc>
          <w:tcPr>
            <w:tcW w:type="dxa" w:w="3120"/>
          </w:tcPr>
          <w:p>
            <w:r/>
            <w:r>
              <w:rPr>
                <w:sz w:val="20"/>
              </w:rPr>
              <w:t>Access creep, entitlement sprawl, roles that no longer reflect real work</w:t>
            </w:r>
          </w:p>
        </w:tc>
        <w:tc>
          <w:tcPr>
            <w:tcW w:type="dxa" w:w="3120"/>
          </w:tcPr>
          <w:p>
            <w:r/>
            <w:r>
              <w:rPr>
                <w:sz w:val="20"/>
              </w:rPr>
              <w:t>Finance role now grants export no one uses</w:t>
            </w:r>
          </w:p>
        </w:tc>
      </w:tr>
      <w:tr>
        <w:tc>
          <w:tcPr>
            <w:tcW w:type="dxa" w:w="3120"/>
          </w:tcPr>
          <w:p>
            <w:r/>
            <w:r>
              <w:rPr>
                <w:b/>
                <w:sz w:val="20"/>
              </w:rPr>
              <w:t>Technology</w:t>
            </w:r>
          </w:p>
        </w:tc>
        <w:tc>
          <w:tcPr>
            <w:tcW w:type="dxa" w:w="3120"/>
          </w:tcPr>
          <w:p>
            <w:r/>
            <w:r>
              <w:rPr>
                <w:sz w:val="20"/>
              </w:rPr>
              <w:t>Long-lived credentials, credential sprawl, failed or delayed provisioning, brittle integrations</w:t>
            </w:r>
          </w:p>
        </w:tc>
        <w:tc>
          <w:tcPr>
            <w:tcW w:type="dxa" w:w="3120"/>
          </w:tcPr>
          <w:p>
            <w:r/>
            <w:r>
              <w:rPr>
                <w:sz w:val="20"/>
              </w:rPr>
              <w:t>Certificates with no owner and no expiry tracking</w:t>
            </w:r>
          </w:p>
        </w:tc>
      </w:tr>
      <w:tr>
        <w:tc>
          <w:tcPr>
            <w:tcW w:type="dxa" w:w="3120"/>
          </w:tcPr>
          <w:p>
            <w:r/>
            <w:r>
              <w:rPr>
                <w:b/>
                <w:sz w:val="20"/>
              </w:rPr>
              <w:t>People &amp; Change</w:t>
            </w:r>
          </w:p>
        </w:tc>
        <w:tc>
          <w:tcPr>
            <w:tcW w:type="dxa" w:w="3120"/>
          </w:tcPr>
          <w:p>
            <w:r/>
            <w:r>
              <w:rPr>
                <w:sz w:val="20"/>
              </w:rPr>
              <w:t>Owners who do not understand what they approved, work carried by memory</w:t>
            </w:r>
          </w:p>
        </w:tc>
        <w:tc>
          <w:tcPr>
            <w:tcW w:type="dxa" w:w="3120"/>
          </w:tcPr>
          <w:p>
            <w:r/>
            <w:r>
              <w:rPr>
                <w:sz w:val="20"/>
              </w:rPr>
              <w:t>Approvers rubber-stamping quarterly reviews</w:t>
            </w:r>
          </w:p>
        </w:tc>
      </w:tr>
      <w:tr>
        <w:tc>
          <w:tcPr>
            <w:tcW w:type="dxa" w:w="3120"/>
          </w:tcPr>
          <w:p>
            <w:r/>
            <w:r>
              <w:rPr>
                <w:b/>
                <w:sz w:val="20"/>
              </w:rPr>
              <w:t>AI &amp; Nonhuman</w:t>
            </w:r>
          </w:p>
        </w:tc>
        <w:tc>
          <w:tcPr>
            <w:tcW w:type="dxa" w:w="3120"/>
          </w:tcPr>
          <w:p>
            <w:r/>
            <w:r>
              <w:rPr>
                <w:sz w:val="20"/>
              </w:rPr>
              <w:t>AI agent activity outside expected scope, unscoped nonhuman identities</w:t>
            </w:r>
          </w:p>
        </w:tc>
        <w:tc>
          <w:tcPr>
            <w:tcW w:type="dxa" w:w="3120"/>
          </w:tcPr>
          <w:p>
            <w:r/>
            <w:r>
              <w:rPr>
                <w:sz w:val="20"/>
              </w:rPr>
              <w:t>Pilot agent never re-scoped after pilot ended</w:t>
            </w:r>
          </w:p>
        </w:tc>
      </w:tr>
    </w:tbl>
    <w:p/>
    <w:p>
      <w:pPr>
        <w:pStyle w:val="Heading1"/>
      </w:pPr>
      <w:r>
        <w:rPr>
          <w:color w:val="1B2A55"/>
        </w:rPr>
        <w:t>The inventory</w:t>
      </w:r>
    </w:p>
    <w:p>
      <w:r>
        <w:t>One row per drift signal you can see now. Keep it to a single page. Severity is your read of business exposure, not a formal score.</w:t>
      </w:r>
    </w:p>
    <w:tbl>
      <w:tblPr>
        <w:tblStyle w:val="TableGrid"/>
        <w:tblW w:type="auto" w:w="0"/>
        <w:tblLook w:firstColumn="1" w:firstRow="1" w:lastColumn="0" w:lastRow="0" w:noHBand="0" w:noVBand="1" w:val="04A0"/>
      </w:tblPr>
      <w:tblGrid>
        <w:gridCol w:w="1560"/>
        <w:gridCol w:w="1560"/>
        <w:gridCol w:w="1560"/>
        <w:gridCol w:w="1560"/>
        <w:gridCol w:w="1560"/>
        <w:gridCol w:w="1560"/>
      </w:tblGrid>
      <w:tr>
        <w:trPr>
          <w:tblHeader w:val="true"/>
        </w:trPr>
        <w:tc>
          <w:tcPr>
            <w:tcW w:type="dxa" w:w="1560"/>
          </w:tcPr>
          <w:p>
            <w:r/>
            <w:r>
              <w:rPr>
                <w:b/>
                <w:color w:val="1B2A55"/>
                <w:sz w:val="19"/>
              </w:rPr>
              <w:t>Pillar</w:t>
            </w:r>
          </w:p>
        </w:tc>
        <w:tc>
          <w:tcPr>
            <w:tcW w:type="dxa" w:w="1560"/>
          </w:tcPr>
          <w:p>
            <w:r/>
            <w:r>
              <w:rPr>
                <w:b/>
                <w:color w:val="1B2A55"/>
                <w:sz w:val="19"/>
              </w:rPr>
              <w:t>Drift signal observed</w:t>
            </w:r>
          </w:p>
        </w:tc>
        <w:tc>
          <w:tcPr>
            <w:tcW w:type="dxa" w:w="1560"/>
          </w:tcPr>
          <w:p>
            <w:r/>
            <w:r>
              <w:rPr>
                <w:b/>
                <w:color w:val="1B2A55"/>
                <w:sz w:val="19"/>
              </w:rPr>
              <w:t>Where seen (system / scope)</w:t>
            </w:r>
          </w:p>
        </w:tc>
        <w:tc>
          <w:tcPr>
            <w:tcW w:type="dxa" w:w="1560"/>
          </w:tcPr>
          <w:p>
            <w:r/>
            <w:r>
              <w:rPr>
                <w:b/>
                <w:color w:val="1B2A55"/>
                <w:sz w:val="19"/>
              </w:rPr>
              <w:t>Evidence</w:t>
            </w:r>
          </w:p>
        </w:tc>
        <w:tc>
          <w:tcPr>
            <w:tcW w:type="dxa" w:w="1560"/>
          </w:tcPr>
          <w:p>
            <w:r/>
            <w:r>
              <w:rPr>
                <w:b/>
                <w:color w:val="1B2A55"/>
                <w:sz w:val="19"/>
              </w:rPr>
              <w:t>Severity (H/M/L)</w:t>
            </w:r>
          </w:p>
        </w:tc>
        <w:tc>
          <w:tcPr>
            <w:tcW w:type="dxa" w:w="1560"/>
          </w:tcPr>
          <w:p>
            <w:r/>
            <w:r>
              <w:rPr>
                <w:b/>
                <w:color w:val="1B2A55"/>
                <w:sz w:val="19"/>
              </w:rPr>
              <w:t>Owner</w:t>
            </w:r>
          </w:p>
        </w:tc>
      </w:tr>
      <w:tr>
        <w:tc>
          <w:tcPr>
            <w:tcW w:type="dxa" w:w="1560"/>
          </w:tcPr>
          <w:p/>
        </w:tc>
        <w:tc>
          <w:tcPr>
            <w:tcW w:type="dxa" w:w="1560"/>
          </w:tcPr>
          <w:p/>
        </w:tc>
        <w:tc>
          <w:tcPr>
            <w:tcW w:type="dxa" w:w="1560"/>
          </w:tcPr>
          <w:p/>
        </w:tc>
        <w:tc>
          <w:tcPr>
            <w:tcW w:type="dxa" w:w="1560"/>
          </w:tcPr>
          <w:p/>
        </w:tc>
        <w:tc>
          <w:tcPr>
            <w:tcW w:type="dxa" w:w="1560"/>
          </w:tcPr>
          <w:p/>
        </w:tc>
        <w:tc>
          <w:tcPr>
            <w:tcW w:type="dxa" w:w="1560"/>
          </w:tcPr>
          <w:p/>
        </w:tc>
      </w:tr>
      <w:tr>
        <w:tc>
          <w:tcPr>
            <w:tcW w:type="dxa" w:w="1560"/>
          </w:tcPr>
          <w:p/>
        </w:tc>
        <w:tc>
          <w:tcPr>
            <w:tcW w:type="dxa" w:w="1560"/>
          </w:tcPr>
          <w:p/>
        </w:tc>
        <w:tc>
          <w:tcPr>
            <w:tcW w:type="dxa" w:w="1560"/>
          </w:tcPr>
          <w:p/>
        </w:tc>
        <w:tc>
          <w:tcPr>
            <w:tcW w:type="dxa" w:w="1560"/>
          </w:tcPr>
          <w:p/>
        </w:tc>
        <w:tc>
          <w:tcPr>
            <w:tcW w:type="dxa" w:w="1560"/>
          </w:tcPr>
          <w:p/>
        </w:tc>
        <w:tc>
          <w:tcPr>
            <w:tcW w:type="dxa" w:w="1560"/>
          </w:tcPr>
          <w:p/>
        </w:tc>
      </w:tr>
      <w:tr>
        <w:tc>
          <w:tcPr>
            <w:tcW w:type="dxa" w:w="1560"/>
          </w:tcPr>
          <w:p/>
        </w:tc>
        <w:tc>
          <w:tcPr>
            <w:tcW w:type="dxa" w:w="1560"/>
          </w:tcPr>
          <w:p/>
        </w:tc>
        <w:tc>
          <w:tcPr>
            <w:tcW w:type="dxa" w:w="1560"/>
          </w:tcPr>
          <w:p/>
        </w:tc>
        <w:tc>
          <w:tcPr>
            <w:tcW w:type="dxa" w:w="1560"/>
          </w:tcPr>
          <w:p/>
        </w:tc>
        <w:tc>
          <w:tcPr>
            <w:tcW w:type="dxa" w:w="1560"/>
          </w:tcPr>
          <w:p/>
        </w:tc>
        <w:tc>
          <w:tcPr>
            <w:tcW w:type="dxa" w:w="1560"/>
          </w:tcPr>
          <w:p/>
        </w:tc>
      </w:tr>
      <w:tr>
        <w:tc>
          <w:tcPr>
            <w:tcW w:type="dxa" w:w="1560"/>
          </w:tcPr>
          <w:p/>
        </w:tc>
        <w:tc>
          <w:tcPr>
            <w:tcW w:type="dxa" w:w="1560"/>
          </w:tcPr>
          <w:p/>
        </w:tc>
        <w:tc>
          <w:tcPr>
            <w:tcW w:type="dxa" w:w="1560"/>
          </w:tcPr>
          <w:p/>
        </w:tc>
        <w:tc>
          <w:tcPr>
            <w:tcW w:type="dxa" w:w="1560"/>
          </w:tcPr>
          <w:p/>
        </w:tc>
        <w:tc>
          <w:tcPr>
            <w:tcW w:type="dxa" w:w="1560"/>
          </w:tcPr>
          <w:p/>
        </w:tc>
        <w:tc>
          <w:tcPr>
            <w:tcW w:type="dxa" w:w="1560"/>
          </w:tcPr>
          <w:p/>
        </w:tc>
      </w:tr>
      <w:tr>
        <w:tc>
          <w:tcPr>
            <w:tcW w:type="dxa" w:w="1560"/>
          </w:tcPr>
          <w:p/>
        </w:tc>
        <w:tc>
          <w:tcPr>
            <w:tcW w:type="dxa" w:w="1560"/>
          </w:tcPr>
          <w:p/>
        </w:tc>
        <w:tc>
          <w:tcPr>
            <w:tcW w:type="dxa" w:w="1560"/>
          </w:tcPr>
          <w:p/>
        </w:tc>
        <w:tc>
          <w:tcPr>
            <w:tcW w:type="dxa" w:w="1560"/>
          </w:tcPr>
          <w:p/>
        </w:tc>
        <w:tc>
          <w:tcPr>
            <w:tcW w:type="dxa" w:w="1560"/>
          </w:tcPr>
          <w:p/>
        </w:tc>
        <w:tc>
          <w:tcPr>
            <w:tcW w:type="dxa" w:w="1560"/>
          </w:tcPr>
          <w:p/>
        </w:tc>
      </w:tr>
      <w:tr>
        <w:tc>
          <w:tcPr>
            <w:tcW w:type="dxa" w:w="1560"/>
          </w:tcPr>
          <w:p/>
        </w:tc>
        <w:tc>
          <w:tcPr>
            <w:tcW w:type="dxa" w:w="1560"/>
          </w:tcPr>
          <w:p/>
        </w:tc>
        <w:tc>
          <w:tcPr>
            <w:tcW w:type="dxa" w:w="1560"/>
          </w:tcPr>
          <w:p/>
        </w:tc>
        <w:tc>
          <w:tcPr>
            <w:tcW w:type="dxa" w:w="1560"/>
          </w:tcPr>
          <w:p/>
        </w:tc>
        <w:tc>
          <w:tcPr>
            <w:tcW w:type="dxa" w:w="1560"/>
          </w:tcPr>
          <w:p/>
        </w:tc>
        <w:tc>
          <w:tcPr>
            <w:tcW w:type="dxa" w:w="1560"/>
          </w:tcPr>
          <w:p/>
        </w:tc>
      </w:tr>
      <w:tr>
        <w:tc>
          <w:tcPr>
            <w:tcW w:type="dxa" w:w="1560"/>
          </w:tcPr>
          <w:p/>
        </w:tc>
        <w:tc>
          <w:tcPr>
            <w:tcW w:type="dxa" w:w="1560"/>
          </w:tcPr>
          <w:p/>
        </w:tc>
        <w:tc>
          <w:tcPr>
            <w:tcW w:type="dxa" w:w="1560"/>
          </w:tcPr>
          <w:p/>
        </w:tc>
        <w:tc>
          <w:tcPr>
            <w:tcW w:type="dxa" w:w="1560"/>
          </w:tcPr>
          <w:p/>
        </w:tc>
        <w:tc>
          <w:tcPr>
            <w:tcW w:type="dxa" w:w="1560"/>
          </w:tcPr>
          <w:p/>
        </w:tc>
        <w:tc>
          <w:tcPr>
            <w:tcW w:type="dxa" w:w="1560"/>
          </w:tcPr>
          <w:p/>
        </w:tc>
      </w:tr>
      <w:tr>
        <w:tc>
          <w:tcPr>
            <w:tcW w:type="dxa" w:w="1560"/>
          </w:tcPr>
          <w:p/>
        </w:tc>
        <w:tc>
          <w:tcPr>
            <w:tcW w:type="dxa" w:w="1560"/>
          </w:tcPr>
          <w:p/>
        </w:tc>
        <w:tc>
          <w:tcPr>
            <w:tcW w:type="dxa" w:w="1560"/>
          </w:tcPr>
          <w:p/>
        </w:tc>
        <w:tc>
          <w:tcPr>
            <w:tcW w:type="dxa" w:w="1560"/>
          </w:tcPr>
          <w:p/>
        </w:tc>
        <w:tc>
          <w:tcPr>
            <w:tcW w:type="dxa" w:w="1560"/>
          </w:tcPr>
          <w:p/>
        </w:tc>
        <w:tc>
          <w:tcPr>
            <w:tcW w:type="dxa" w:w="1560"/>
          </w:tcPr>
          <w:p/>
        </w:tc>
      </w:tr>
      <w:tr>
        <w:tc>
          <w:tcPr>
            <w:tcW w:type="dxa" w:w="1560"/>
          </w:tcPr>
          <w:p/>
        </w:tc>
        <w:tc>
          <w:tcPr>
            <w:tcW w:type="dxa" w:w="1560"/>
          </w:tcPr>
          <w:p/>
        </w:tc>
        <w:tc>
          <w:tcPr>
            <w:tcW w:type="dxa" w:w="1560"/>
          </w:tcPr>
          <w:p/>
        </w:tc>
        <w:tc>
          <w:tcPr>
            <w:tcW w:type="dxa" w:w="1560"/>
          </w:tcPr>
          <w:p/>
        </w:tc>
        <w:tc>
          <w:tcPr>
            <w:tcW w:type="dxa" w:w="1560"/>
          </w:tcPr>
          <w:p/>
        </w:tc>
        <w:tc>
          <w:tcPr>
            <w:tcW w:type="dxa" w:w="1560"/>
          </w:tcPr>
          <w:p/>
        </w:tc>
      </w:tr>
      <w:tr>
        <w:tc>
          <w:tcPr>
            <w:tcW w:type="dxa" w:w="1560"/>
          </w:tcPr>
          <w:p/>
        </w:tc>
        <w:tc>
          <w:tcPr>
            <w:tcW w:type="dxa" w:w="1560"/>
          </w:tcPr>
          <w:p/>
        </w:tc>
        <w:tc>
          <w:tcPr>
            <w:tcW w:type="dxa" w:w="1560"/>
          </w:tcPr>
          <w:p/>
        </w:tc>
        <w:tc>
          <w:tcPr>
            <w:tcW w:type="dxa" w:w="1560"/>
          </w:tcPr>
          <w:p/>
        </w:tc>
        <w:tc>
          <w:tcPr>
            <w:tcW w:type="dxa" w:w="1560"/>
          </w:tcPr>
          <w:p/>
        </w:tc>
        <w:tc>
          <w:tcPr>
            <w:tcW w:type="dxa" w:w="1560"/>
          </w:tcPr>
          <w:p/>
        </w:tc>
      </w:tr>
    </w:tbl>
    <w:p/>
    <w:p>
      <w:r>
        <w:t>Next: for the highest-severity rows, take one into the Drift Diagnosis Guide to locate the pillar it began in and choose an intervention.</w:t>
      </w:r>
    </w:p>
    <w:sectPr w:rsidR="00FC693F" w:rsidRPr="0006063C" w:rsidSect="00034616">
      <w:footerReference w:type="default" r:id="rId9"/>
      <w:head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5680"/>
        <w:sz w:val="16"/>
      </w:rPr>
      <w:t>© 2026 Becky Sandberg  ·  The Modern Identity Operating Model</w:t>
    </w:r>
    <w:r>
      <w:rPr>
        <w:color w:val="4A5680"/>
        <w:sz w:val="18"/>
      </w:rPr>
      <w:t xml:space="preserve">   ·   Page </w:t>
    </w:r>
    <w:fldSimple w:instr="PAGE">
      <w:r>
        <w:t>1</w:t>
      </w:r>
    </w:fldSimple>
  </w:p>
  <w:p>
    <w:pPr>
      <w:pStyle w:val="Footer"/>
      <w:jc w:val="center"/>
    </w:pPr>
    <w:r>
      <w:rPr>
        <w:color w:val="4A5680"/>
        <w:sz w:val="13"/>
      </w:rPr>
      <w:t xml:space="preserve">Free inside your organization; client use requires a license: modernidentityoperatingmodel.com/license  ·  Provided as is, without warranty. Not legal or regulatory advice.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506093" cy="506093"/>
          <wp:docPr id="1" name="Picture 1"/>
          <wp:cNvGraphicFramePr>
            <a:graphicFrameLocks noChangeAspect="1"/>
          </wp:cNvGraphicFramePr>
          <a:graphic>
            <a:graphicData uri="http://schemas.openxmlformats.org/drawingml/2006/picture">
              <pic:pic>
                <pic:nvPicPr>
                  <pic:cNvPr id="0" name="horizontal.png"/>
                  <pic:cNvPicPr/>
                </pic:nvPicPr>
                <pic:blipFill>
                  <a:blip r:embed="rId1"/>
                  <a:stretch>
                    <a:fillRect/>
                  </a:stretch>
                </pic:blipFill>
                <pic:spPr>
                  <a:xfrm>
                    <a:off x="0" y="0"/>
                    <a:ext cx="506093" cy="50609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Drift Visibility Inventory</dc:title>
  <dc:subject>Companion to The Modern Identity Operating Model</dc:subject>
  <dc:creator>Becky Sandberg</dc:creator>
  <cp:lastModifiedBy>Becky Sandberg</cp:lastModifiedBy>
  <cp:keywords>identity, IAM, operating model</cp:keywords>
  <dcterms:created xsi:type="dcterms:W3CDTF">2013-12-23T23:15:00Z</dcterms:created>
  <dcterms:modified xsi:type="dcterms:W3CDTF">2013-12-23T23:15:00Z</dcterms:modified>
</cp:coreProperties>
</file>